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ENVANTER DEVİR TESLİM FORMU</w:t>
      </w:r>
    </w:p>
    <w:p>
      <w:pPr>
        <w:pStyle w:val="Heading2"/>
      </w:pPr>
      <w:r>
        <w:t>Devir Bilgileri</w:t>
      </w:r>
    </w:p>
    <w:p>
      <w:r>
        <w:t>Firma Adı: ________________________________</w:t>
      </w:r>
    </w:p>
    <w:p>
      <w:r>
        <w:t>Departman: ________________________________</w:t>
      </w:r>
    </w:p>
    <w:p>
      <w:r>
        <w:t>Devir Tarihi: ____ / ____ / ________</w:t>
      </w:r>
    </w:p>
    <w:p>
      <w:r>
        <w:t>Devir Eden: ________________________________</w:t>
      </w:r>
    </w:p>
    <w:p>
      <w:r>
        <w:t>Devir Alan: ________________________________</w:t>
      </w:r>
    </w:p>
    <w:p>
      <w:pPr>
        <w:pStyle w:val="Heading2"/>
      </w:pPr>
      <w:r>
        <w:t>Devredilen Varlıklar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t>Sıra</w:t>
            </w:r>
          </w:p>
        </w:tc>
        <w:tc>
          <w:tcPr>
            <w:tcW w:type="dxa" w:w="1080"/>
          </w:tcPr>
          <w:p>
            <w:r>
              <w:t>Varlık No</w:t>
            </w:r>
          </w:p>
        </w:tc>
        <w:tc>
          <w:tcPr>
            <w:tcW w:type="dxa" w:w="1080"/>
          </w:tcPr>
          <w:p>
            <w:r>
              <w:t>Kategori</w:t>
            </w:r>
          </w:p>
        </w:tc>
        <w:tc>
          <w:tcPr>
            <w:tcW w:type="dxa" w:w="1080"/>
          </w:tcPr>
          <w:p>
            <w:r>
              <w:t>Marka/Model</w:t>
            </w:r>
          </w:p>
        </w:tc>
        <w:tc>
          <w:tcPr>
            <w:tcW w:type="dxa" w:w="1080"/>
          </w:tcPr>
          <w:p>
            <w:r>
              <w:t>Seri No</w:t>
            </w:r>
          </w:p>
        </w:tc>
        <w:tc>
          <w:tcPr>
            <w:tcW w:type="dxa" w:w="1080"/>
          </w:tcPr>
          <w:p>
            <w:r>
              <w:t>Durum</w:t>
            </w:r>
          </w:p>
        </w:tc>
        <w:tc>
          <w:tcPr>
            <w:tcW w:type="dxa" w:w="1080"/>
          </w:tcPr>
          <w:p>
            <w:r>
              <w:t>Açıklama</w:t>
            </w:r>
          </w:p>
        </w:tc>
        <w:tc>
          <w:tcPr>
            <w:tcW w:type="dxa" w:w="1080"/>
          </w:tcPr>
          <w:p>
            <w:r>
              <w:t>İmza</w:t>
            </w:r>
          </w:p>
        </w:tc>
      </w:tr>
      <w:tr>
        <w:tc>
          <w:tcPr>
            <w:tcW w:type="dxa" w:w="1080"/>
          </w:tcPr>
          <w:p>
            <w:r>
              <w:t>1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2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3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4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5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6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7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8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9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>
            <w:r>
              <w:t>10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</w:tbl>
    <w:p>
      <w:pPr>
        <w:pStyle w:val="Heading2"/>
      </w:pPr>
      <w:r>
        <w:t>Onay</w:t>
      </w:r>
    </w:p>
    <w:p>
      <w:r>
        <w:t>Bu formda belirtilen BT varlıkları belirtilen tarihte eksiksiz olarak devredilmiş/teslim alınmıştır.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Devir Eden</w:t>
            </w:r>
          </w:p>
        </w:tc>
        <w:tc>
          <w:tcPr>
            <w:tcW w:type="dxa" w:w="4320"/>
          </w:tcPr>
          <w:p>
            <w:r>
              <w:t>Devir Alan</w:t>
            </w:r>
          </w:p>
        </w:tc>
      </w:tr>
      <w:tr>
        <w:tc>
          <w:tcPr>
            <w:tcW w:type="dxa" w:w="4320"/>
          </w:tcPr>
          <w:p>
            <w:r>
              <w:br/>
              <w:br/>
              <w:t>Ad Soyad / İmza</w:t>
            </w:r>
          </w:p>
        </w:tc>
        <w:tc>
          <w:tcPr>
            <w:tcW w:type="dxa" w:w="4320"/>
          </w:tcPr>
          <w:p>
            <w:r>
              <w:br/>
              <w:br/>
              <w:t>Ad Soyad / İmza</w:t>
            </w:r>
          </w:p>
        </w:tc>
      </w:tr>
    </w:tbl>
    <w:p>
      <w:pPr>
        <w:pStyle w:val="Heading2"/>
      </w:pPr>
      <w:r>
        <w:t>Kontrol Listesi</w:t>
      </w:r>
    </w:p>
    <w:p>
      <w:r>
        <w:t>☐ Envanter kayıtları güncellendi</w:t>
      </w:r>
    </w:p>
    <w:p>
      <w:r>
        <w:t>☐ Seri numaraları doğrulandı</w:t>
      </w:r>
    </w:p>
    <w:p>
      <w:r>
        <w:t>☐ Veri güvenliği işlemleri tamamlandı</w:t>
      </w:r>
    </w:p>
    <w:p>
      <w:r>
        <w:t>☐ Aksesuarlar teslim edildi</w:t>
      </w:r>
    </w:p>
    <w:p>
      <w:r>
        <w:t>☐ Teslim tutanağı eklendi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